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כיתת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ברמות שונות של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הולכים וגדלים (פירמידה)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לקבוצות ואיתור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והקשבה לחברים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קוראים ומבינים עם רובי הרובוט – מה קרה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רובוט קטן וכחול בשם רובי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לפתור תרגילי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קוראים ומבינים עם רובי הרובוט – מילים ודמויות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(תלמיד רובוט כחול שהגיע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(הילדה ששאלה את רובי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שרובי ותמר אהבו לבנות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קוראים ומבינים עם רובי הרובוט – חושבים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שאלה מה הוא הכי אוהב לעשות, וגילתה שהוא אוהב לבנות מגדלים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בונים משפטי פירמידה – מה זה משפט פירמידה?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משפט שגדל מילה אחר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משפטי פירמידה – תרגול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משפטי פירמידה – התאמת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(רובי)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(רובי בונה)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(רובי בונה מגדל)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(רובי בונה מגדל גבוה)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צובעים וממיינים מילים – התאמת קבוצה לצבע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(ירוק)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צובעים וממיינים מילים – לאיזו קבוצה ואיזה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צובעים וממיינים מילים – חושבים על הקבוצות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כלב הוא חיה, וצבע קבוצת החיות הוא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משחקי מילים: הפכים וזוגות – היכרות עם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משחקי מילים: הפכים וזוגות – התאמות של חיות וקולות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(מיילל)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משחקי מילים: הפכים וזוגות – כתיבה ותרגול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משוחחים בכרטיסי שיח – מכירים את מילות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שמעתי שאמרת ש... האם הבנתי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30, 60, 90, 120 שניות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משוחחים בכרטיסי שיח – תרגול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דרך מנומסת להביע דעה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משוחחים בכרטיסי שיח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משוחחים בכרטיסי שיח – התאמת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(הסכמה עם תוספת)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(הבעת דעה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(בקשת הבהרה)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חידון מסכם –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לפתור תרגילי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לתת דוגמה לכל סוג שאלה מתוך הסיפור על רובי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שנבנה גדל בהדרגה ושומר על משמעות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המיון נכון והזוג ההפוך מתאים מבחינת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שיעורים: קריאה ופירמידה, צביעה ומשחקים, שיח וחידון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שאלות ההבנה ולהתמקד בשאלת גלוי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כתיבת משפט פירמידה אישי במקום הדוגמה המוכנה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בכרטיס שיח קצר כדי לחזק הקשבה ושיתוף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כיתת הרובוטים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פתחו את החוברת לפי סדר הפרקים. בכל פרק יש משימה קצרה לכתיבה או לצביעה. אפשר לעבוד לבד או בזוגות.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לסכם  ·  קר  ·  מגדל  ·  בונה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קוראים ומבינים עם רובי הרובוט – מה קרה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הגיע לכיתה ג׳ בוקר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רובוט קטן וכחול בשם רובי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רובי ידע לעשות מהר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לרוץ סביב החצר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לפתור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זמן לקח לרובי לקרוא ספר 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קוראים ומבינים עם רובי הרובוט – מילים ודמויות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רובי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הילדה ששאלה את רובי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שרובי ותמר אהבו לבנות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מגדלים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תלמיד רובוט כחול שהגיע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קוראים ומבינים עם רובי הרובוט – חושבים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השאלה שתמר שאלה את רובי, ומה היא גילתה עליו?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בונים משפטי פירמידה – מה זה משפט פירמידה?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משפט 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שגדל מילה אחר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 קצר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הפירמידה על רובי, מה המילה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קוביות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בונים משפטי פירמידה – תרגול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רובי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רובי בונה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בונים משפטי פירמידה – התאמת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רובי בונה מגדל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שורה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רובי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שורה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רובי בונה מגדל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שורה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רובי בונה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צובעים וממיינים מילים – התאמת קבוצה לצבע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כלי תחבורה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צהוב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צובעים וממיינים מילים – לאיזו קבוצה ואיזה 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"פיל" שייכת לקבוצת...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צבע צובעים את המילה "ענבים"?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צהוב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צובעים וממיינים מילים – חושבים על הקבוצות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"כלב" שייכת לקבוצת חיה, לכן נצבע אותה באדום.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משחקי מילים: הפכים וזוגות – היכרות עם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ההפך של המילה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ההפך של המילה "יום"?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ההפך של המילה "מהר"?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קופץ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משחקי מילים: הפכים וזוגות – התאמות של חיות וקולות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מיילל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משחקי מילים: הפכים וזוגות – כתיבה ותרגול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של המילה "חם"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משוחחים בכרטיסי שיח – מכירים את מילות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אומרים כדי לבדוק שהבנו נכון את מה שחברנו 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שמעתי שאמרת ש... האם הבנתי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תודה ששיתפת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חושב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אפשרויות זמן יש בשעון השיחה?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10, 20, 50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30, 60, 90,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משוחחים בכרטיסי שיח – תרגול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להגיד 'אני חושבת אחרת, כי...' כדי להביע דעה שונה בלי לפגוע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הכרטיסים מחולקים לשלוש קבוצות: חימום, העמקה ורפלקציה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משוחחים בכרטיסי שיח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שמוסיפים רעיון חדש, כדאי קודם ל__________ את מה שהדובר הקודם אמר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משוחחים בכרטיסי שיח – התאמת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שמעתי שאמרת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בקשת הבהרה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אני מסכימה, ורוצה להוסיף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הבעת דעה 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אני חושב אחרת, כי...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הסכמה עם תוספת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אפשר לשאול שאלה על מה שאמרת?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בדיקת הבנה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חידון מסכם –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שם הרובוט החדש שהגיע לכיתה 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פירמי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רובי ידע לעשות הכי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לפתור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ניגשה לרובי בהפסקה ושאלה אותו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רובוטית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מה ההבדל בין שאלת גלוי לשאלת מוסק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לבנות משפט פירמידה שגדל מילה אחר מילה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כיתת הרובוטים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