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כיתת הרובוטים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ברמות שונות של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משפטים הולכים וגדלים (פירמידה)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 מילים לקבוצות ואיתור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שיח מכבד והקשבה לחברים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קוראים ומבינים עם רובי הרובוט – מה קרה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רובוט קטן וכחול בשם רובי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לפתור תרגילי 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הוא לא ידע איך מצטרפים למשחק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לפתור תרגיל 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קוראים ומבינים עם רובי הרובוט – מילים ודמויות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(תלמיד רובוט כחול שהגיע לכיתה)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(הילדה ששאלה את רובי 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(מה שרובי ותמר אהבו לבנות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(להיות חלק ממשחק)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ה (מצא או הבין דבר חדש)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קוראים ומבינים עם רובי הרובוט – חושבים על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תמר שאלה מה הוא הכי אוהב לעשות, וגילתה שהוא אוהב לבנות מגדלים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חברות יכולה להתחיל משאלה קטנה ומהתעניינות באדם השני, לא רק מיכולות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אישית, למשל שאלה על תחביב או דבר אהוב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היא ניגשה אליו כששם היה לבד ושאלה אותו על עצמו, וכך עזרה לו למצוא חבר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בונים משפטי פירמידה – מה זה משפט פירמידה?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משפט שגדל מילה אחר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רובי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עוד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לוחצים התחלה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בונים משפטי פירמידה – תרגול 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מקוביות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בונים משפטי פירמידה – התאמת 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(רובי)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(רובי בונה)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(רובי בונה מגדל)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(רובי בונה מגדל גבוה)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(רובי בונה מגדל גבוה מקוביות)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צובעים וממיינים מילים – התאמת קבוצה לצבע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(אדום)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(כחול)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(צהוב)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(ירוק)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(כתום)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צובעים וממיינים מילים – לאיזו קבוצה ואיזה צבע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כלי תחבורה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כלי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צובעים וממיינים מילים – חושבים על הקבוצות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כלב הוא חיה, וצבע קבוצת החיות הוא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תפוח הוא פרי, ולכן נצבע אותו בכחול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משחקי מילים: הפכים וזוגות – היכרות עם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סגור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משחקי מילים: הפכים וזוגות – התאמות של חיות וקולות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(נובח)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(מיילל)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(גועה)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(שואג)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(מצייצת)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משחקי מילים: הפכים וזוגות – כתיבה ותרגול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משוחחים בכרטיסי שיח – מכירים את מילות השיח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שמעתי שאמרת ש... האם הבנתי נכון?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30, 60, 90, 120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תודה ששיתפת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משוחחים בכרטיסי שיח – תרגול המשפטים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דרך מנומסת להביע דעה 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מופיע באתר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משוחחים בכרטיסי שיח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לשאול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משוחחים בכרטיסי שיח – התאמת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(בדיקת הבנה)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(הסכמה עם תוספת)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(הבעת דעה 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(בקשת הבהרה)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(הבעת הערכה)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חידון מסכם –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רובי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לפתור תרגילי 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לבנות מגדלים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מצליח/ה לתת דוגמה לכל סוג שאלה מתוך הסיפור על רובי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שנבנה גדל בהדרגה ושומר על משמעות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המיון נכון והזוג ההפוך מתאים מבחינת 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לשלושה שיעורים: קריאה ופירמידה, צביעה ומשחקים, שיח וחידון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את מספר שאלות ההבנה ולהתמקד בשאלת גלוי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כתיבת משפט פירמידה אישי במקום הדוגמה המוכנה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מפגש בכרטיס שיח קצר כדי לחזק הקשבה ושיתוף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כיתת הרובוטים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פתחו את הדף לפי הסדר. בכל פרק יש משימה קטנה. אפשר לעבוד לבד או עם חבר.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פִּירָמִידָה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שגדל מילה אחר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הבנת הנקרא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מה כתוב בטקסט ולענות על שאלות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שאלת גלוי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שהתשובה שלה כתובה ישירות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שאלת מוסק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שצריך להסיק את התשובה מהטקסט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שאלת ביקורתי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שמבקשת דעה או מסקנה אישית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בעלות משמעות הפוכה, כמו גדול וקטן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קבוצת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ששייכות לאותו נושא, כמו חיות או פירות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שיח מכבד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לדבר ולהקשיב בנימוס, בלי להפריע לאחרים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קוראים ומבינים עם רובי הרובוט – מה קרה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הגיע לכיתה?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רובוט קטן וכחול בשם רובי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במה רובי היה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לצייר ציורים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לרוץ סביב החצר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לפתור תרגילי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לשיר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לקח לרובי לקרוא 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רובי היה לבד?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לא ידע איך מצטרפים למשחק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היה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ביקשה ממנו לעמוד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לא אהב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במה רובי חשב שישכנע ילדים להיות חברים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לשחק איתם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לפתור תרגיל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לתת להם ממתק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לשיר 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קוראים ומבינים עם רובי הרובוט – מילים ודמויות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רובי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להיות חלק ממשחק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הילדה ששאלה את רובי 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מגדלים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שרובי ותמר אהבו לבנות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להצטרף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תלמיד רובוט כחול שהגיע לכיתה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מצא או הבין דבר חדש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קוראים ומבינים עם רובי הרובוט – חושבים על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השאלה שתמר שאלה את רובי, ומה היא גילתה עליו?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לדעתכם, מה המסר של הסיפור על רובי ותמר?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הייתם שואלים תלמיד או תלמידה חדשים כדי להכיר אותם?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תמר עשתה מעשה טוב כלפי רובי. מה היא עשתה, ולמה זה חשוב?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בונים משפטי פירמידה – מה זה משפט פירמידה?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בונים משפט פירמידה?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שגדל מילה אחר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קצר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בלי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פותחת את הפירמידה?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קוביות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מוסיפים מילה חדשה?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עוד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ביטול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לוחצים לפני הקריאה בשעון?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לוחצים 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סוגרים את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מוחקים מילים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בונים משפטי פירמידה – תרגול 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רובי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רובי בונה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רובי בונה מגדל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רובי בונה מגדל גבוה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בונים משפטי פירמידה – התאמת 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שורה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רובי בונה מגדל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שורה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רובי בונה מגדל גבוה מקוביות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שורה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רובי בונה מגדל גבוה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שורה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רובי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שורה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רובי בונה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צובעים וממיינים מילים – התאמת קבוצה לצבע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כתום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צהוב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כלי תחבורה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ירוק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אדום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כלי כתיבה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כחול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צובעים וממיינים מילים – לאיזו קבוצה ואיזה צבע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לאיזו קבוצה שייך פיל?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 תחבורה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צבע מתאים לענבים?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לאיזו קבוצה שייכים אופניים?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כלי תחבורה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צבע מתאים לשמלה?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לאיזו קבוצה שייך טוש?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כלי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צובעים וממיינים מילים – חושבים על הקבוצות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"כלב" שייכת לקבוצת חיה, לכן נצבע אותה באדום.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"תפוח" שייכת לקבוצת כלי תחבורה.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משחקי מילים: הפכים וזוגות – היכרות עם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הפוכה ל"גדול"?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הפוכה ל"יום"?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המילה הפוכה ל"מהר"?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המילה הפוכה ל"פתוח"?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משחקי מילים: הפכים וזוגות – התאמות של חיות וקולות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שואג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חתול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נובח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מצייצת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גועה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מיילל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משחקי מילים: הפכים וזוגות – כתיבה ותרגול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ההפך של המילה "חם"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5 · משוחחים בכרטיסי שיח – מכירים את מילות השיח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אומרים כדי לבדוק שהבנו נכון את מה שחברנו אמר?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שמעתי שאמרת ש... האם הבנתי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תודה ששיתפת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חושב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בואו נשחק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אפשרויות זמן יש בשעון השיחה?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10, 20, 50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30, 60, 90, 120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שעה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אומרים בסוף כדי להודות למי שדיבר?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תודה ששיתפת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מסכים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בואו נזוז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משוחחים בכרטיסי שיח – תרגול המשפטים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להגיד 'אני חושבת אחרת, כי...' כדי להביע דעה שונה בלי לפגוע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הכרטיסים מחולקים לשלוש קבוצות: חימום, העמקה ורפלקציה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משוחחים בכרטיסי שיח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שמוסיפים רעיון חדש, כדאי קודם ל__________ את מה שהדובר הקודם אמר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אם רוצים לשאול שאלה מנומסת על דברי החבר, אפשר לומר 'אפשר __________ שאלה על מה שאמרת?'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משוחחים בכרטיסי שיח – התאמת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שמעתי שאמרת ש...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הבעת דעה 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אני מסכימה, ורוצה להוסיף ש...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הבעת הערכה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אני חושב אחרת, כי...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בדיקת הבנה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אפשר לשאול שאלה על מה שאמרת?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הסכמה עם תוספת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תודה ששיתפת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בקשת הבהרה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חידון מסכם –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קראו לרובוט החדש?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פירמי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רובי ידע לעשות הכי מהר?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לפתור תרגילי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ניגשה לרובי בהפסקה ושאלה אותו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רובוטית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שני הילדים אהבו לעשות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לבנות מגדלים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ציורים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לקרוא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ההפך של המילה 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מה ההבדל בין שאלת גלוי לשאלת מוסק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לבנות משפט פירמידה שגדל מילה אחר מילה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למיין מילים לקבוצות ולמצוא 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כיתת הרובוטים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