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של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הולכים וגדלים (פירמידה)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והקשבה לחברים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קוראים ומבינים עם רובי הרובוט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 בשם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לפתור תרגיל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קוראים ומבינים עם רובי הרובוט – מילים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רובוט כחול שהגיע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(הילדה ששאלה את רובי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שרובי ותמר אהבו לבנות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חלק ממשחק)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(מצא או הבין דבר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קוראים ומבינים עם רובי הרובוט – חושבים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שאלה מה הוא הכי אוהב לעשות, וגילתה שהוא אוהב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חברות יכולה להתחיל משאלה קטנה ומהתעניינות באדם השני, לא רק מיכולות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 שאלה על תחביב או דבר אהוב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ניגשה אליו כששם היה לבד ושאלה אותו על עצמו, וכך עזרה לו למצוא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בונים משפטי פירמידה – מה זה משפט פירמידה?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משפט שגדל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עוד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לוחצים 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משפטי פירמידה – תרגול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משפטי פירמידה – התאמת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(רובי בונה)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(רובי בונה מגדל)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(רובי בונה מגדל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(רובי בונה מגדל גבוה מקוביות)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צובעים וממיינים מילים – התאמת קבוצה לצבע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צובעים וממיינים מילים – לאיזו קבוצה ואיזה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כלי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צובעים וממיינים מילים – חושבים על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חיה, וצבע קבוצת החיות הוא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תפוח הוא פרי, ולכן נצבע אותו בכחול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משחקי מילים: הפכים וזוגות – היכרות עם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מילים: הפכים וזוגות – התאמות של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(מצייצת)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מילים: הפכים וזוגות – כתיבה ותרגול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משוחחים בכרטיסי שיח – מכירים את מילות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שמעתי שאמרת ש... האם הבנתי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30, 60, 90, 120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תודה ששיתפת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משוחחים בכרטיסי שיח – תרגול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מנומסת להביע 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משוחחים בכרטיסי שיח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משוחחים בכרטיסי שיח – התאמת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(הסכמה עם תוספת)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(הבעת דעה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(בקשת הבהרה)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(הבעת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חידון מסכם –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לבנות מגדלים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לכל סוג שאלה מתוך הסיפור על רובי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שנבנה גדל בהדרגה ושומר על משמעות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המיון נכון והזוג ההפוך מתאים מבחינת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שיעורים: קריאה ופירמידה, צביעה ומשחקים, שיח וחידון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שאלות ההבנה ולהתמקד בשאלת גלוי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משפט פירמידה אישי במקום הדוגמה המוכנה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שיח קצר כדי לחזק הקשבה ושיתוף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החוברת לפי סדר הפרקים. בכל פרק יש משימה קצרה לכתיבה או לצביעה. אפשר לעבוד לבד או בזוגות.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קוראים ומבינים עם רובי הרובוט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הגיע לכיתה ג׳ בוקר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 קטן וכחול בשם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רובי ידע לעשות מהר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סביב החצר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לקח לרובי לקרוא ספר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רובי עמד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ידע איך מצטרפים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ביקשה ממנו לעמוד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אהב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רובי חשב שיגרום לילדים לרצות להיות חברים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תרגיל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להם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קוראים ומבינים עם רובי הרובוט – מילים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חלק ממשחק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שרובי ותמר אהבו לבנות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מצא או הבין דבר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רובוט כחול שהגיע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הילדה ששאלה את רובי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קוראים ומבינים עם רובי הרובוט – חושבים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השאלה שתמר שאלה את רובי, ומה היא גילתה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המסר של הסיפור על רובי ותמר?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שואלים תלמיד או תלמידה חדשים כדי להכיר אותם?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תמר עשתה מעשה טוב כלפי רובי. מה היא עשתה, ולמה זה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בונים משפטי פירמידה – מה זה משפט פירמידה?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שגדל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הפירמידה על רובי, מה המילה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ללחוץ כדי להוסיף עוד מילה לפירמידה?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שקוראים את הפירמידה כדי למדוד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משפטי פירמידה – תרגול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רובי בונה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רובי בונה מגדל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רובי בונה מגדל גבוה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משפטי פירמידה – התאמת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רובי בונה מגדל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רובי בונה מגדל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רובי בונה מגדל גבוה מקוביות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רובי בונה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צובעים וממיינים מילים – התאמת קבוצה לצבע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צובעים וממיינים מילים – לאיזו קבוצה ואיזה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"פיל"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צבע צובעים את המילה "ענבים"?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"אופניים"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צבע צובעים את המילה "שמלה"?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"טוש"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צובעים וממיינים מילים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"כלב" שייכת לקבוצת חיה, לכן נצבע אותה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"תפוח" שייכת לקבוצת כלי תחבורה.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משחקי מילים: הפכים וזוגות – היכרות עם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המילה "יום"?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המילה "מהר"?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המילה "פתוח"?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 מילים: הפכים וזוגות – התאמות של חיות וקולות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מיילל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 מילים: הפכים וזוגות – כתיבה ותרגול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"חם"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משוחחים בכרטיסי שיח – מכירים את מילות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כדי לבדוק שהבנו נכון את מה שחברנו 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שמעתי שאמרת ש... האם הבנתי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ששיתפת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בואו נשחק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אפשרויות זמן יש בשעון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10, 20, 50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30, 60, 90,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בסוף כדי להודות למי שדיבר?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ששיתפת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בואו נזוז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משוחחים בכרטיסי שיח – תרגול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להגיד 'אני חושבת אחרת, כי...' כדי להביע דעה שונה בלי לפגוע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הכרטיסים מחולקים לשלוש קבוצות: חימום, העמקה ורפלקציה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משוחחים בכרטיסי שיח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שמוסיפים רעיון חדש, כדאי קודם ל__________ את מה שהדובר הקודם 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רוצים לשאול שאלה מנומסת על דברי החבר, אפשר לומר 'אפשר __________ שאלה על מה שאמרת?'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משוחחים בכרטיסי שיח – התאמת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שמעתי שאמרת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מסכימה,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בקשת הבהרה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הסכמה עם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 ששיתפת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הבעת דעה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חידון מסכם –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הרובוט החדש שהגיע לכיתה 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רובי ידע לעשות הכי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ניגשה לרובי בהפסקה ושאלה אותו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רובוטית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שני הילדים אהבו לעשות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מגדלים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שאלת גלוי לשאלת מוסק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לבנות משפט פירמידה שגדל מילה אחר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למיין מילים לקבוצות ולמצוא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כיתת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